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311D" w14:textId="77777777" w:rsidR="00FA2841" w:rsidRPr="005D1789" w:rsidRDefault="00000000">
      <w:pPr>
        <w:jc w:val="center"/>
        <w:rPr>
          <w:lang w:val="pl-PL"/>
        </w:rPr>
      </w:pPr>
      <w:r w:rsidRPr="005D1789">
        <w:rPr>
          <w:b/>
          <w:sz w:val="34"/>
          <w:lang w:val="pl-PL"/>
        </w:rPr>
        <w:t>KARTA UCZESTNIKA I OŚWIADCZEŃ</w:t>
      </w:r>
    </w:p>
    <w:p w14:paraId="7E77EB71" w14:textId="77777777" w:rsidR="00FA2841" w:rsidRPr="005D1789" w:rsidRDefault="00000000">
      <w:pPr>
        <w:jc w:val="center"/>
        <w:rPr>
          <w:lang w:val="pl-PL"/>
        </w:rPr>
      </w:pPr>
      <w:r w:rsidRPr="005D1789">
        <w:rPr>
          <w:b/>
          <w:sz w:val="22"/>
          <w:lang w:val="pl-PL"/>
        </w:rPr>
        <w:t>SŁUŻBA APOSTOLSKA „OGIEŃ PRZEBUDZENIA”</w:t>
      </w:r>
    </w:p>
    <w:p w14:paraId="599039F2" w14:textId="77777777" w:rsidR="00FA2841" w:rsidRPr="005D1789" w:rsidRDefault="00000000">
      <w:pPr>
        <w:jc w:val="center"/>
        <w:rPr>
          <w:lang w:val="pl-PL"/>
        </w:rPr>
      </w:pPr>
      <w:r w:rsidRPr="005D1789">
        <w:rPr>
          <w:i/>
          <w:lang w:val="pl-PL"/>
        </w:rPr>
        <w:t>Rejestracja uczestnika wydarzeń i spotkań Organizatora</w:t>
      </w:r>
    </w:p>
    <w:p w14:paraId="0D0BE856" w14:textId="5068C42E" w:rsidR="00FA2841" w:rsidRPr="005D1789" w:rsidRDefault="00000000">
      <w:pPr>
        <w:rPr>
          <w:lang w:val="pl-PL"/>
        </w:rPr>
      </w:pPr>
      <w:r w:rsidRPr="005D1789">
        <w:rPr>
          <w:lang w:val="pl-PL"/>
        </w:rPr>
        <w:t>Formularz służy jednorazowej rejestracji osoby uczestniczącej w wydarzeniach organizowanych przez Służbę Apostolską „Ogień Przebudzenia”</w:t>
      </w:r>
      <w:r w:rsidR="005D1789" w:rsidRPr="005D1789">
        <w:rPr>
          <w:lang w:val="pl-PL"/>
        </w:rPr>
        <w:t>, publicznie już zmieniającą nazwę na Służba Apostolska Blazing FIRE</w:t>
      </w:r>
      <w:r w:rsidRPr="005D1789">
        <w:rPr>
          <w:lang w:val="pl-PL"/>
        </w:rPr>
        <w:t>, w tym w wydarzeniach plenerowych, spotkaniach w salach</w:t>
      </w:r>
      <w:r w:rsidR="005D1789" w:rsidRPr="005D1789">
        <w:rPr>
          <w:lang w:val="pl-PL"/>
        </w:rPr>
        <w:t xml:space="preserve"> (jak </w:t>
      </w:r>
      <w:proofErr w:type="spellStart"/>
      <w:r w:rsidR="005D1789" w:rsidRPr="005D1789">
        <w:rPr>
          <w:lang w:val="pl-PL"/>
        </w:rPr>
        <w:t>Kairos</w:t>
      </w:r>
      <w:proofErr w:type="spellEnd"/>
      <w:r w:rsidR="005D1789" w:rsidRPr="005D1789">
        <w:rPr>
          <w:lang w:val="pl-PL"/>
        </w:rPr>
        <w:t>)</w:t>
      </w:r>
      <w:r w:rsidRPr="005D1789">
        <w:rPr>
          <w:lang w:val="pl-PL"/>
        </w:rPr>
        <w:t xml:space="preserve">, ewangelizacjach, </w:t>
      </w:r>
      <w:r w:rsidR="005D1789" w:rsidRPr="005D1789">
        <w:rPr>
          <w:lang w:val="pl-PL"/>
        </w:rPr>
        <w:t xml:space="preserve">szkoleniach, </w:t>
      </w:r>
      <w:r w:rsidRPr="005D1789">
        <w:rPr>
          <w:lang w:val="pl-PL"/>
        </w:rPr>
        <w:t>wydarzeniach religijnych i spotkaniach „Dotyk Nieba”. Karta nie stanowi deklaracji członkostwa w Kościele</w:t>
      </w:r>
      <w:r w:rsidR="005D1789" w:rsidRPr="005D1789">
        <w:rPr>
          <w:lang w:val="pl-PL"/>
        </w:rPr>
        <w:t>,</w:t>
      </w:r>
      <w:r w:rsidRPr="005D1789">
        <w:rPr>
          <w:lang w:val="pl-PL"/>
        </w:rPr>
        <w:t xml:space="preserve"> ani zobowiązania do udziału w przyszłych wydarzeniach.</w:t>
      </w:r>
    </w:p>
    <w:p w14:paraId="1CDCE28B" w14:textId="77777777" w:rsidR="00FA2841" w:rsidRPr="005D1789" w:rsidRDefault="00000000">
      <w:pPr>
        <w:pStyle w:val="Nagwek1"/>
        <w:rPr>
          <w:color w:val="auto"/>
        </w:rPr>
      </w:pPr>
      <w:r w:rsidRPr="005D1789">
        <w:rPr>
          <w:color w:val="auto"/>
        </w:rPr>
        <w:t>1. Dane uczestnika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5D1789" w:rsidRPr="005D1789" w14:paraId="4E594F89" w14:textId="77777777" w:rsidTr="005D1789">
        <w:trPr>
          <w:trHeight w:val="693"/>
          <w:jc w:val="center"/>
        </w:trPr>
        <w:tc>
          <w:tcPr>
            <w:tcW w:w="5156" w:type="dxa"/>
            <w:vAlign w:val="center"/>
          </w:tcPr>
          <w:p w14:paraId="60EBA3EB" w14:textId="77777777" w:rsidR="00FA2841" w:rsidRPr="005D1789" w:rsidRDefault="00000000">
            <w:proofErr w:type="spellStart"/>
            <w:r w:rsidRPr="005D1789">
              <w:t>Imię</w:t>
            </w:r>
            <w:proofErr w:type="spellEnd"/>
            <w:r w:rsidRPr="005D1789">
              <w:t xml:space="preserve"> </w:t>
            </w:r>
            <w:proofErr w:type="spellStart"/>
            <w:r w:rsidRPr="005D1789">
              <w:t>i</w:t>
            </w:r>
            <w:proofErr w:type="spellEnd"/>
            <w:r w:rsidRPr="005D1789">
              <w:t xml:space="preserve"> </w:t>
            </w:r>
            <w:proofErr w:type="spellStart"/>
            <w:r w:rsidRPr="005D1789">
              <w:t>nazwisko</w:t>
            </w:r>
            <w:proofErr w:type="spellEnd"/>
          </w:p>
        </w:tc>
        <w:tc>
          <w:tcPr>
            <w:tcW w:w="5156" w:type="dxa"/>
            <w:vAlign w:val="center"/>
          </w:tcPr>
          <w:p w14:paraId="4AFC5BC4" w14:textId="2C431857" w:rsidR="00FA2841" w:rsidRPr="005D1789" w:rsidRDefault="00FA2841"/>
        </w:tc>
      </w:tr>
      <w:tr w:rsidR="005D1789" w:rsidRPr="005D1789" w14:paraId="4D149017" w14:textId="77777777" w:rsidTr="005D1789">
        <w:trPr>
          <w:trHeight w:val="563"/>
          <w:jc w:val="center"/>
        </w:trPr>
        <w:tc>
          <w:tcPr>
            <w:tcW w:w="5156" w:type="dxa"/>
            <w:vAlign w:val="center"/>
          </w:tcPr>
          <w:p w14:paraId="534D12BC" w14:textId="77777777" w:rsidR="00FA2841" w:rsidRPr="005D1789" w:rsidRDefault="00000000">
            <w:proofErr w:type="spellStart"/>
            <w:r w:rsidRPr="005D1789">
              <w:t>Telefon</w:t>
            </w:r>
            <w:proofErr w:type="spellEnd"/>
          </w:p>
        </w:tc>
        <w:tc>
          <w:tcPr>
            <w:tcW w:w="5156" w:type="dxa"/>
            <w:vAlign w:val="center"/>
          </w:tcPr>
          <w:p w14:paraId="4ED49994" w14:textId="3E2BAAC5" w:rsidR="00FA2841" w:rsidRPr="005D1789" w:rsidRDefault="00FA2841"/>
        </w:tc>
      </w:tr>
      <w:tr w:rsidR="005D1789" w:rsidRPr="005D1789" w14:paraId="22E610C5" w14:textId="77777777" w:rsidTr="005D1789">
        <w:trPr>
          <w:trHeight w:val="563"/>
          <w:jc w:val="center"/>
        </w:trPr>
        <w:tc>
          <w:tcPr>
            <w:tcW w:w="5156" w:type="dxa"/>
            <w:vAlign w:val="center"/>
          </w:tcPr>
          <w:p w14:paraId="28E8AD94" w14:textId="77777777" w:rsidR="00FA2841" w:rsidRPr="005D1789" w:rsidRDefault="00000000">
            <w:r w:rsidRPr="005D1789">
              <w:t>Adres e-mail</w:t>
            </w:r>
          </w:p>
        </w:tc>
        <w:tc>
          <w:tcPr>
            <w:tcW w:w="5156" w:type="dxa"/>
            <w:vAlign w:val="center"/>
          </w:tcPr>
          <w:p w14:paraId="0157DDD6" w14:textId="5C121E92" w:rsidR="00FA2841" w:rsidRPr="005D1789" w:rsidRDefault="00FA2841"/>
        </w:tc>
      </w:tr>
      <w:tr w:rsidR="005D1789" w:rsidRPr="005D1789" w14:paraId="09CB25DA" w14:textId="77777777" w:rsidTr="005D1789">
        <w:trPr>
          <w:trHeight w:val="682"/>
          <w:jc w:val="center"/>
        </w:trPr>
        <w:tc>
          <w:tcPr>
            <w:tcW w:w="5156" w:type="dxa"/>
            <w:vAlign w:val="center"/>
          </w:tcPr>
          <w:p w14:paraId="6F1E079E" w14:textId="77777777" w:rsidR="00FA2841" w:rsidRPr="005D1789" w:rsidRDefault="00000000">
            <w:proofErr w:type="spellStart"/>
            <w:r w:rsidRPr="005D1789">
              <w:t>Miejscowość</w:t>
            </w:r>
            <w:proofErr w:type="spellEnd"/>
          </w:p>
        </w:tc>
        <w:tc>
          <w:tcPr>
            <w:tcW w:w="5156" w:type="dxa"/>
            <w:vAlign w:val="center"/>
          </w:tcPr>
          <w:p w14:paraId="6E172AA0" w14:textId="6A3706F0" w:rsidR="00FA2841" w:rsidRPr="005D1789" w:rsidRDefault="00FA2841"/>
        </w:tc>
      </w:tr>
      <w:tr w:rsidR="005D1789" w:rsidRPr="005D1789" w14:paraId="085B764E" w14:textId="77777777" w:rsidTr="005D1789">
        <w:trPr>
          <w:trHeight w:val="705"/>
          <w:jc w:val="center"/>
        </w:trPr>
        <w:tc>
          <w:tcPr>
            <w:tcW w:w="5156" w:type="dxa"/>
            <w:vAlign w:val="center"/>
          </w:tcPr>
          <w:p w14:paraId="5177DB0F" w14:textId="77777777" w:rsidR="00FA2841" w:rsidRPr="005D1789" w:rsidRDefault="00000000">
            <w:pPr>
              <w:rPr>
                <w:lang w:val="pl-PL"/>
              </w:rPr>
            </w:pPr>
            <w:r w:rsidRPr="005D1789">
              <w:rPr>
                <w:lang w:val="pl-PL"/>
              </w:rPr>
              <w:t>Data urodzenia – tylko jeśli wymagana przez Organizatora do identyfikacji</w:t>
            </w:r>
          </w:p>
        </w:tc>
        <w:tc>
          <w:tcPr>
            <w:tcW w:w="5156" w:type="dxa"/>
            <w:vAlign w:val="center"/>
          </w:tcPr>
          <w:p w14:paraId="7E1BB77F" w14:textId="2509941A" w:rsidR="00FA2841" w:rsidRPr="005D1789" w:rsidRDefault="00FA2841">
            <w:pPr>
              <w:rPr>
                <w:lang w:val="pl-PL"/>
              </w:rPr>
            </w:pPr>
          </w:p>
        </w:tc>
      </w:tr>
      <w:tr w:rsidR="005D1789" w:rsidRPr="005D1789" w14:paraId="03AFAAEA" w14:textId="77777777" w:rsidTr="005D1789">
        <w:trPr>
          <w:trHeight w:val="701"/>
          <w:jc w:val="center"/>
        </w:trPr>
        <w:tc>
          <w:tcPr>
            <w:tcW w:w="5156" w:type="dxa"/>
            <w:vAlign w:val="center"/>
          </w:tcPr>
          <w:p w14:paraId="37D648DB" w14:textId="77777777" w:rsidR="00FA2841" w:rsidRPr="005D1789" w:rsidRDefault="00000000">
            <w:r w:rsidRPr="005D1789">
              <w:t xml:space="preserve">Data </w:t>
            </w:r>
            <w:proofErr w:type="spellStart"/>
            <w:r w:rsidRPr="005D1789">
              <w:t>wypełnienia</w:t>
            </w:r>
            <w:proofErr w:type="spellEnd"/>
          </w:p>
        </w:tc>
        <w:tc>
          <w:tcPr>
            <w:tcW w:w="5156" w:type="dxa"/>
            <w:vAlign w:val="center"/>
          </w:tcPr>
          <w:p w14:paraId="32B5CE14" w14:textId="7B8382C2" w:rsidR="00FA2841" w:rsidRPr="005D1789" w:rsidRDefault="00FA2841"/>
        </w:tc>
      </w:tr>
    </w:tbl>
    <w:p w14:paraId="053C77BA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Nie wpisuj w tej karcie informacji o chorobach, diagnozach, leczeniu, lekach ani innych danych dotyczących zdrowia.</w:t>
      </w:r>
    </w:p>
    <w:p w14:paraId="7BC9CE31" w14:textId="1B042F3D" w:rsidR="00FA2841" w:rsidRPr="005D1789" w:rsidRDefault="00000000">
      <w:pPr>
        <w:pStyle w:val="Nagwek1"/>
        <w:rPr>
          <w:color w:val="auto"/>
          <w:lang w:val="pl-PL"/>
        </w:rPr>
      </w:pPr>
      <w:r w:rsidRPr="005D1789">
        <w:rPr>
          <w:color w:val="auto"/>
          <w:lang w:val="pl-PL"/>
        </w:rPr>
        <w:t>2. Informacja o charakterze działalności i wydarzeń</w:t>
      </w:r>
      <w:r w:rsidR="002544E4">
        <w:rPr>
          <w:color w:val="auto"/>
          <w:lang w:val="pl-PL"/>
        </w:rPr>
        <w:t xml:space="preserve"> (wymagane)</w:t>
      </w:r>
    </w:p>
    <w:p w14:paraId="07F833C7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Organizatorem jest SŁUŻBA APOSTOLSKA „OGIEŃ PRZEBUDZENIA”, ul. Wały Piastowskie 1/1508, 80-855 Gdańsk, NIP 7632145050, REGON 387842093, jako jednostka Kościoła Chrześcijan Pełnej Ewangelii „Obóz Boży”, wpisanego pod nr 187 w rejestrze A kościołów i związków wyznaniowych.</w:t>
      </w:r>
    </w:p>
    <w:p w14:paraId="57E70413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Wydarzenia mają charakter religijny i mogą obejmować m.in. modlitwę, nauczanie, uwielbienie, ewangelizację, modlitwę za chorych, posługę uzdrawiania, prorokowanie, słowo wiedzy i inne formy chrześcijańskiej posługi duchowej.</w:t>
      </w:r>
    </w:p>
    <w:p w14:paraId="5494423D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Organizator nie prowadzi działalności leczniczej ani diagnostycznej. Posługa religijna nie jest świadczeniem zdrowotnym, metodą leczenia ani zamiennikiem konsultacji lekarskiej, diagnostyki lub leczenia. Udział w posłudze nie powinien być podstawą do samodzielnego rozpoczęcia, zmiany, ograniczenia lub zakończenia leczenia. Organizator nie gwarantuje określonego skutku zdrowotnego.</w:t>
      </w:r>
    </w:p>
    <w:p w14:paraId="56BE093B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Jeżeli podczas posługi pojawia się tzw. słowo wiedzy lub duchowe rozeznanie dotyczące doświadczenia, cierpienia, sytuacji lub możliwej przyczyny stanu osoby, ma ono charakter religijny i nie stanowi diagnozy medycznej ani opinii medycznej.</w:t>
      </w:r>
    </w:p>
    <w:p w14:paraId="53750BED" w14:textId="77777777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lang w:val="pl-PL"/>
        </w:rPr>
        <w:t>Zapoznałem/</w:t>
      </w:r>
      <w:proofErr w:type="spellStart"/>
      <w:r w:rsidRPr="005D1789">
        <w:rPr>
          <w:lang w:val="pl-PL"/>
        </w:rPr>
        <w:t>am</w:t>
      </w:r>
      <w:proofErr w:type="spellEnd"/>
      <w:r w:rsidRPr="005D1789">
        <w:rPr>
          <w:lang w:val="pl-PL"/>
        </w:rPr>
        <w:t xml:space="preserve"> się z informacją o religijnym charakterze działalności i rozumiem, że udział w posłudze jest dobrowolny.</w:t>
      </w:r>
    </w:p>
    <w:p w14:paraId="4C5767BA" w14:textId="77777777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lang w:val="pl-PL"/>
        </w:rPr>
        <w:t>Rozumiem, że posługa religijna nie zastępuje pomocy medycznej ani nie stanowi diagnozy lub terapii.</w:t>
      </w:r>
    </w:p>
    <w:p w14:paraId="5033223C" w14:textId="77777777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lang w:val="pl-PL"/>
        </w:rPr>
        <w:t>Przyjmuję do wiadomości, że Organizator nie gwarantuje określonego skutku zdrowotnego.</w:t>
      </w:r>
    </w:p>
    <w:p w14:paraId="54B54591" w14:textId="16A597FC" w:rsidR="00FA2841" w:rsidRPr="005D1789" w:rsidRDefault="00000000">
      <w:pPr>
        <w:pStyle w:val="Nagwek1"/>
        <w:rPr>
          <w:color w:val="auto"/>
          <w:lang w:val="pl-PL"/>
        </w:rPr>
      </w:pPr>
      <w:r w:rsidRPr="005D1789">
        <w:rPr>
          <w:color w:val="auto"/>
          <w:lang w:val="pl-PL"/>
        </w:rPr>
        <w:lastRenderedPageBreak/>
        <w:t>3. Rejestracja uczestnika i przetwarzanie danych</w:t>
      </w:r>
      <w:r w:rsidR="005D1789">
        <w:rPr>
          <w:color w:val="auto"/>
          <w:lang w:val="pl-PL"/>
        </w:rPr>
        <w:t xml:space="preserve"> RODO</w:t>
      </w:r>
      <w:r w:rsidR="002544E4">
        <w:rPr>
          <w:color w:val="auto"/>
          <w:lang w:val="pl-PL"/>
        </w:rPr>
        <w:t xml:space="preserve"> (wymagane)</w:t>
      </w:r>
    </w:p>
    <w:p w14:paraId="493AA97C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Administratorem danych osobowych jest Służba Apostolska „Ogień Przebudzenia”. Szczegółowe zasady przetwarzania danych określa Polityka przetwarzania danych osobowych dostępna na stronie dotyknieba.org/</w:t>
      </w:r>
      <w:proofErr w:type="spellStart"/>
      <w:r w:rsidRPr="005D1789">
        <w:rPr>
          <w:lang w:val="pl-PL"/>
        </w:rPr>
        <w:t>politykarodo</w:t>
      </w:r>
      <w:proofErr w:type="spellEnd"/>
      <w:r w:rsidRPr="005D1789">
        <w:rPr>
          <w:lang w:val="pl-PL"/>
        </w:rPr>
        <w:t>/ oraz, w odpowiednim zakresie, w miejscu wydarzenia. Kontakt w sprawach danych: kontakt@dotyknieba.org.</w:t>
      </w:r>
    </w:p>
    <w:p w14:paraId="6A84E3C5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Dane podane w tej karcie są zbierane w zakresie adekwatnym do organizacji działalności statutowej, w szczególności w celu rejestracji uczestnika, organizacji i obsługi wydarzeń, komunikacji dotyczącej wydarzeń, bezpieczeństwa organizacyjnego oraz nawiązywania i utrzymywania kontaktów związanych z działalnością statutową. Podstawą przetwarzania może być w szczególności uzasadniony interes Administratora (art. 6 ust. 1 lit. f RODO), a w przypadkach wymagających zgody – zgoda (art. 6 ust. 1 lit. a RODO).</w:t>
      </w:r>
    </w:p>
    <w:p w14:paraId="0722E1B9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Uczestnik ma prawa wynikające z RODO, w szczególności prawo do informacji, dostępu do danych i ich kopii, sprostowania, usunięcia w przypadkach przewidzianych prawem, ograniczenia przetwarzania, przenoszenia danych w zakresie przewidzianym prawem, sprzeciwu wobec przetwarzania opartego na uzasadnionym interesie oraz wycofania zgody, gdy podstawą przetwarzania jest zgoda. Przysługuje również prawo wniesienia skargi do Prezesa UODO.</w:t>
      </w:r>
    </w:p>
    <w:p w14:paraId="603A31EC" w14:textId="77777777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lang w:val="pl-PL"/>
        </w:rPr>
        <w:t>Potwierdzam otrzymanie informacji o przetwarzaniu moich danych osobowych oraz wiem, gdzie znajduje się pełna Polityka przetwarzania danych osobowych.</w:t>
      </w:r>
    </w:p>
    <w:p w14:paraId="339A2205" w14:textId="77777777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lang w:val="pl-PL"/>
        </w:rPr>
        <w:t>Potwierdzam, że podane przeze mnie dane są prawdziwe i aktualne.</w:t>
      </w:r>
    </w:p>
    <w:p w14:paraId="3B17FA40" w14:textId="6086C1CE" w:rsidR="00FA2841" w:rsidRPr="005D1789" w:rsidRDefault="00000000">
      <w:pPr>
        <w:pStyle w:val="Nagwek1"/>
        <w:rPr>
          <w:color w:val="auto"/>
          <w:lang w:val="pl-PL"/>
        </w:rPr>
      </w:pPr>
      <w:r w:rsidRPr="005D1789">
        <w:rPr>
          <w:color w:val="auto"/>
          <w:lang w:val="pl-PL"/>
        </w:rPr>
        <w:t>4. Rejestr uczestnika na przyszłe wydarzenia</w:t>
      </w:r>
      <w:r w:rsidR="002544E4">
        <w:rPr>
          <w:color w:val="auto"/>
          <w:lang w:val="pl-PL"/>
        </w:rPr>
        <w:t xml:space="preserve"> (niewymagane)</w:t>
      </w:r>
    </w:p>
    <w:p w14:paraId="21E83A53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 xml:space="preserve">Podane dane mogą być wykorzystywane do prowadzenia rejestru kontaktów uczestników działalności statutowej oraz do organizacji kolejnych wydarzeń Organizatora, zgodnie z celami i podstawami wskazanymi w Polityce RODO. </w:t>
      </w:r>
      <w:r w:rsidRPr="002544E4">
        <w:rPr>
          <w:u w:val="single"/>
          <w:lang w:val="pl-PL"/>
        </w:rPr>
        <w:t>Rejestr nie oznacza członkostwa w Kościele</w:t>
      </w:r>
      <w:r w:rsidRPr="005D1789">
        <w:rPr>
          <w:lang w:val="pl-PL"/>
        </w:rPr>
        <w:t>.</w:t>
      </w:r>
    </w:p>
    <w:p w14:paraId="65124A28" w14:textId="77777777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lang w:val="pl-PL"/>
        </w:rPr>
        <w:t>Akceptuję rejestrację moich danych jako uczestnika działalności i wydarzeń Służby Apostolskiej „Ogień Przebudzenia”, w zakresie wynikającym z Polityki RODO.</w:t>
      </w:r>
    </w:p>
    <w:p w14:paraId="09B3CFBA" w14:textId="77777777" w:rsidR="00FA2841" w:rsidRPr="005D1789" w:rsidRDefault="00000000">
      <w:pPr>
        <w:pStyle w:val="Nagwek1"/>
        <w:rPr>
          <w:color w:val="auto"/>
          <w:lang w:val="pl-PL"/>
        </w:rPr>
      </w:pPr>
      <w:r w:rsidRPr="005D1789">
        <w:rPr>
          <w:color w:val="auto"/>
          <w:lang w:val="pl-PL"/>
        </w:rPr>
        <w:t>5. Informacja o danych ujawniających przekonania religijne</w:t>
      </w:r>
    </w:p>
    <w:p w14:paraId="5234DB53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Sam fakt uczestnictwa w określonych wydarzeniach religijnych może w określonych okolicznościach ujawniać informacje o przekonaniach religijnych. Administrator przetwarza takie dane wyłącznie w zakresie i na podstawie właściwej podstawy prawnej przewidzianej w art. 9 RODO. W szczególności może mieć zastosowanie wyjątek dotyczący przetwarzania przez podmiot o celach religijnych w ramach jego uprawnionej działalności, z odpowiednimi zabezpieczeniami i bez ujawniania danych poza podmiot bez zgody osoby, której dane dotyczą.</w:t>
      </w:r>
    </w:p>
    <w:p w14:paraId="50CEE74D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Jeżeli w konkretnym przypadku wymagane będzie uzyskanie odrębnej wyraźnej zgody na przetwarzanie danych szczególnych kategorii, Administrator poinformuje o tym osobę przed rozpoczęciem takiego przetwarzania.</w:t>
      </w:r>
    </w:p>
    <w:p w14:paraId="2C8C613F" w14:textId="4058DAA4" w:rsidR="00FA2841" w:rsidRPr="005D1789" w:rsidRDefault="00000000">
      <w:pPr>
        <w:pStyle w:val="Nagwek1"/>
        <w:rPr>
          <w:color w:val="auto"/>
          <w:lang w:val="pl-PL"/>
        </w:rPr>
      </w:pPr>
      <w:r w:rsidRPr="005D1789">
        <w:rPr>
          <w:color w:val="auto"/>
          <w:lang w:val="pl-PL"/>
        </w:rPr>
        <w:t xml:space="preserve">6. Wizerunek i głos </w:t>
      </w:r>
      <w:r w:rsidR="002544E4">
        <w:rPr>
          <w:color w:val="auto"/>
          <w:lang w:val="pl-PL"/>
        </w:rPr>
        <w:t>(wymagane)</w:t>
      </w:r>
    </w:p>
    <w:p w14:paraId="207B736C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Wydarzenia mogą być fotografowane, filmowane i transmitowane. Jeżeli wizerunek osoby stanowi jedynie szczegół większej całości, np. zgromadzenia lub publiczności, zastosowanie mogą mieć wyjątki określone w art. 81 ust. 2 pkt 2 ustawy o prawie autorskim i prawach pokrewnych. Poniższa zgoda dotyczy sytuacji, w których Organizator korzysta z odrębnej zgody na wizerunek.</w:t>
      </w:r>
    </w:p>
    <w:p w14:paraId="3B07BF4A" w14:textId="3E832ACC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b/>
          <w:bCs/>
          <w:lang w:val="pl-PL"/>
        </w:rPr>
        <w:t>WYRAŻAM ZGODĘ</w:t>
      </w:r>
      <w:r w:rsidR="002544E4">
        <w:rPr>
          <w:b/>
          <w:bCs/>
          <w:lang w:val="pl-PL"/>
        </w:rPr>
        <w:t xml:space="preserve"> </w:t>
      </w:r>
      <w:r w:rsidRPr="005D1789">
        <w:rPr>
          <w:lang w:val="pl-PL"/>
        </w:rPr>
        <w:t xml:space="preserve"> na nieodpłatne utrwalanie mojego wizerunku i głosu podczas wydarzeń organizowanych przez Służbę Apostolską „Ogień Przebudzenia” oraz na ich wykorzystywanie i rozpowszechnianie w związku z działalnością religijną, ewangelizacyjną, informacyjną, dokumentacyjną i promocyjną Organizatora.</w:t>
      </w:r>
    </w:p>
    <w:p w14:paraId="5DF58474" w14:textId="1FCB6845" w:rsidR="00FA2841" w:rsidRPr="005D1789" w:rsidRDefault="00000000">
      <w:pPr>
        <w:rPr>
          <w:lang w:val="pl-PL"/>
        </w:rPr>
      </w:pPr>
      <w:r w:rsidRPr="005D1789">
        <w:rPr>
          <w:lang w:val="pl-PL"/>
        </w:rPr>
        <w:t>Zgoda obejmuje w szczególności:</w:t>
      </w:r>
      <w:r w:rsidR="005D1789">
        <w:rPr>
          <w:lang w:val="pl-PL"/>
        </w:rPr>
        <w:br/>
      </w:r>
      <w:r w:rsidRPr="005D1789">
        <w:rPr>
          <w:lang w:val="pl-PL"/>
        </w:rPr>
        <w:t>• fotografie, nagrania filmowe i materiały audiowizualne;• utrwalenie głosu, jeżeli zostanie zarejestrowany;</w:t>
      </w:r>
      <w:r w:rsidR="005D1789">
        <w:rPr>
          <w:lang w:val="pl-PL"/>
        </w:rPr>
        <w:br/>
      </w:r>
      <w:r w:rsidRPr="005D1789">
        <w:rPr>
          <w:lang w:val="pl-PL"/>
        </w:rPr>
        <w:t xml:space="preserve">• montaż, kadrowanie, skracanie, łączenie i techniczne opracowanie materiałów;• strony internetowe Organizatora;• YouTube, Facebook, Instagram i </w:t>
      </w:r>
      <w:proofErr w:type="spellStart"/>
      <w:r w:rsidRPr="005D1789">
        <w:rPr>
          <w:lang w:val="pl-PL"/>
        </w:rPr>
        <w:t>TikTok</w:t>
      </w:r>
      <w:proofErr w:type="spellEnd"/>
      <w:r w:rsidRPr="005D1789">
        <w:rPr>
          <w:lang w:val="pl-PL"/>
        </w:rPr>
        <w:t>;• transmisje internetowe i ich późniejsze odtworzenia;• materiały promocyjne, informacyjne, ewangelizacyjne, religijne i świadectwa;• materiały dokumentujące wydarzenia oraz materiały prasowe i medialne;</w:t>
      </w:r>
      <w:r w:rsidR="005D1789">
        <w:rPr>
          <w:lang w:val="pl-PL"/>
        </w:rPr>
        <w:br/>
      </w:r>
      <w:r w:rsidRPr="005D1789">
        <w:rPr>
          <w:lang w:val="pl-PL"/>
        </w:rPr>
        <w:t>• archiwalne materiały Organizatora.</w:t>
      </w:r>
    </w:p>
    <w:p w14:paraId="2EE74A0E" w14:textId="3CBB26AF" w:rsidR="00FA2841" w:rsidRPr="005D1789" w:rsidRDefault="00000000">
      <w:pPr>
        <w:rPr>
          <w:lang w:val="pl-PL"/>
        </w:rPr>
      </w:pPr>
      <w:r w:rsidRPr="005D1789">
        <w:rPr>
          <w:lang w:val="pl-PL"/>
        </w:rPr>
        <w:lastRenderedPageBreak/>
        <w:t xml:space="preserve">Zgoda jest udzielana bez ograniczenia terytorialnego i bez wynagrodzenia. Uczestnik przyjmuje do wiadomości, że materiały opublikowane w </w:t>
      </w:r>
      <w:r w:rsidR="005D1789" w:rsidRPr="005D1789">
        <w:rPr>
          <w:lang w:val="pl-PL"/>
        </w:rPr>
        <w:t>Internecie</w:t>
      </w:r>
      <w:r w:rsidRPr="005D1789">
        <w:rPr>
          <w:lang w:val="pl-PL"/>
        </w:rPr>
        <w:t xml:space="preserve"> mogą być dostępne poza Polską i mogą pozostawać w kopiach lub archiwach internetowych.</w:t>
      </w:r>
    </w:p>
    <w:p w14:paraId="7A10D4D9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W zakresie, w jakim podstawą przetwarzania jest zgoda, może ona zostać wycofana w dowolnym czasie poprzez kontakt z Organizatorem pod adresem kontakt@dotyknieba.org. Wycofanie zgody działa na przyszłość i nie wpływa na zgodność z prawem przetwarzania dokonanego przed jej wycofaniem. Nie powoduje automatycznie usunięcia materiałów, jeżeli Organizator posiada inną podstawę prawną do ich dalszego przechowywania lub wykorzystywania.</w:t>
      </w:r>
    </w:p>
    <w:p w14:paraId="4A91979A" w14:textId="18926E1B" w:rsidR="00FA2841" w:rsidRPr="005D1789" w:rsidRDefault="005D1789">
      <w:pPr>
        <w:pStyle w:val="Nagwek1"/>
        <w:rPr>
          <w:color w:val="auto"/>
          <w:lang w:val="pl-PL"/>
        </w:rPr>
      </w:pPr>
      <w:r>
        <w:rPr>
          <w:color w:val="auto"/>
          <w:lang w:val="pl-PL"/>
        </w:rPr>
        <w:t>7</w:t>
      </w:r>
      <w:r w:rsidR="00000000" w:rsidRPr="005D1789">
        <w:rPr>
          <w:color w:val="auto"/>
          <w:lang w:val="pl-PL"/>
        </w:rPr>
        <w:t xml:space="preserve">. Kontakt dotyczący wydarzeń </w:t>
      </w:r>
      <w:r w:rsidR="002544E4">
        <w:rPr>
          <w:color w:val="auto"/>
          <w:lang w:val="pl-PL"/>
        </w:rPr>
        <w:t>(niewymagane)</w:t>
      </w:r>
    </w:p>
    <w:p w14:paraId="4E71CACF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Informacje organizacyjne związane z wydarzeniem, na które uczestnik się zgłosił, mogą być przekazywane w zakresie niezbędnym do obsługi tego wydarzenia. Poniższa zgoda dotyczy dodatkowych informacji o przyszłych wydarzeniach i działalności.</w:t>
      </w:r>
    </w:p>
    <w:p w14:paraId="7E7E3532" w14:textId="4B124B97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lang w:val="pl-PL"/>
        </w:rPr>
        <w:t>WYRAŻAM ZGODĘ</w:t>
      </w:r>
      <w:r w:rsidR="002544E4">
        <w:rPr>
          <w:lang w:val="pl-PL"/>
        </w:rPr>
        <w:t xml:space="preserve"> </w:t>
      </w:r>
      <w:r w:rsidRPr="005D1789">
        <w:rPr>
          <w:lang w:val="pl-PL"/>
        </w:rPr>
        <w:t xml:space="preserve"> na otrzymywanie na podany przeze mnie e-mail informacji o przyszłych wydarzeniach, spotkaniach, transmisjach i działalności Służby Apostolskiej „Ogień Przebudzenia”.</w:t>
      </w:r>
    </w:p>
    <w:p w14:paraId="7B98D0C1" w14:textId="454EA6A8" w:rsidR="00FA2841" w:rsidRPr="005D1789" w:rsidRDefault="005D1789">
      <w:pPr>
        <w:pStyle w:val="Nagwek1"/>
        <w:rPr>
          <w:color w:val="auto"/>
          <w:lang w:val="pl-PL"/>
        </w:rPr>
      </w:pPr>
      <w:r>
        <w:rPr>
          <w:color w:val="auto"/>
          <w:lang w:val="pl-PL"/>
        </w:rPr>
        <w:t>8</w:t>
      </w:r>
      <w:r w:rsidR="00000000" w:rsidRPr="005D1789">
        <w:rPr>
          <w:color w:val="auto"/>
          <w:lang w:val="pl-PL"/>
        </w:rPr>
        <w:t>. Regulaminy wydarzeń</w:t>
      </w:r>
      <w:r w:rsidR="002544E4">
        <w:rPr>
          <w:color w:val="auto"/>
          <w:lang w:val="pl-PL"/>
        </w:rPr>
        <w:t xml:space="preserve"> (wymagane)</w:t>
      </w:r>
    </w:p>
    <w:p w14:paraId="308D8190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W przypadku udziału w konkretnym wydarzeniu obowiązuje regulamin właściwy dla tego wydarzenia. W szczególności wydarzenia plenerowe „Dotyk Nieba”, publiczne chrzty i inne wydarzenia plenerowe podlegają Regulaminowi wydarzeń plenerowych. Regulamin jest dostępny na stronie Organizatora oraz, w odpowiednim zakresie, w miejscu wydarzenia.</w:t>
      </w:r>
    </w:p>
    <w:p w14:paraId="3FB0381F" w14:textId="77777777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lang w:val="pl-PL"/>
        </w:rPr>
        <w:t>Zostałem/</w:t>
      </w:r>
      <w:proofErr w:type="spellStart"/>
      <w:r w:rsidRPr="005D1789">
        <w:rPr>
          <w:lang w:val="pl-PL"/>
        </w:rPr>
        <w:t>am</w:t>
      </w:r>
      <w:proofErr w:type="spellEnd"/>
      <w:r w:rsidRPr="005D1789">
        <w:rPr>
          <w:lang w:val="pl-PL"/>
        </w:rPr>
        <w:t xml:space="preserve"> poinformowany/a, że dla konkretnego wydarzenia może obowiązywać odrębny regulamin i zobowiązuję się zapoznać z nim przed udziałem.</w:t>
      </w:r>
    </w:p>
    <w:p w14:paraId="6665C9B0" w14:textId="77777777" w:rsidR="00FA2841" w:rsidRPr="005D1789" w:rsidRDefault="00000000">
      <w:pPr>
        <w:spacing w:after="40"/>
        <w:rPr>
          <w:lang w:val="pl-PL"/>
        </w:rPr>
      </w:pPr>
      <w:r w:rsidRPr="005D1789">
        <w:rPr>
          <w:b/>
          <w:lang w:val="pl-PL"/>
        </w:rPr>
        <w:t xml:space="preserve">☐ </w:t>
      </w:r>
      <w:r w:rsidRPr="005D1789">
        <w:rPr>
          <w:lang w:val="pl-PL"/>
        </w:rPr>
        <w:t>Akceptuję zasady bezpieczeństwa obowiązujące na wydarzeniu oraz zasady obowiązujące w miejscu jego organizacji.</w:t>
      </w:r>
    </w:p>
    <w:p w14:paraId="69F74944" w14:textId="5DC50058" w:rsidR="00FA2841" w:rsidRPr="005D1789" w:rsidRDefault="005D1789">
      <w:pPr>
        <w:pStyle w:val="Nagwek1"/>
        <w:rPr>
          <w:color w:val="auto"/>
          <w:lang w:val="pl-PL"/>
        </w:rPr>
      </w:pPr>
      <w:r>
        <w:rPr>
          <w:color w:val="auto"/>
          <w:lang w:val="pl-PL"/>
        </w:rPr>
        <w:t>9</w:t>
      </w:r>
      <w:r w:rsidR="00000000" w:rsidRPr="005D1789">
        <w:rPr>
          <w:color w:val="auto"/>
          <w:lang w:val="pl-PL"/>
        </w:rPr>
        <w:t>. Podpis uczestnika</w:t>
      </w:r>
      <w:r w:rsidR="002544E4">
        <w:rPr>
          <w:color w:val="auto"/>
          <w:lang w:val="pl-PL"/>
        </w:rPr>
        <w:t xml:space="preserve"> (wymagane)</w:t>
      </w:r>
    </w:p>
    <w:p w14:paraId="4EC297DC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Oświadczam, że przed podpisaniem miałem/</w:t>
      </w:r>
      <w:proofErr w:type="spellStart"/>
      <w:r w:rsidRPr="005D1789">
        <w:rPr>
          <w:lang w:val="pl-PL"/>
        </w:rPr>
        <w:t>am</w:t>
      </w:r>
      <w:proofErr w:type="spellEnd"/>
      <w:r w:rsidRPr="005D1789">
        <w:rPr>
          <w:lang w:val="pl-PL"/>
        </w:rPr>
        <w:t xml:space="preserve"> możliwość zapoznania się z treścią niniejszej Karty oraz z informacją o przetwarzaniu danych osobowych. Rozumiem, że zaznaczenie poszczególnych zgód jest dobrowolne, chyba że przy danej zgodzie wskazano inaczej, i że mogę je wycofać w zakresie, w jakim ich podstawą jest zgoda.</w:t>
      </w:r>
    </w:p>
    <w:p w14:paraId="1A48AAD1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br/>
        <w:t>Imię i nazwisko: __________________________________________________________</w:t>
      </w:r>
    </w:p>
    <w:p w14:paraId="70CDC9DF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Podpis uczestnika: ____________________________________    Data: ____ / ____ / __________</w:t>
      </w:r>
    </w:p>
    <w:p w14:paraId="21C667D3" w14:textId="403C89B6" w:rsidR="00FA2841" w:rsidRPr="005D1789" w:rsidRDefault="00000000">
      <w:pPr>
        <w:pStyle w:val="Nagwek1"/>
        <w:rPr>
          <w:color w:val="auto"/>
          <w:lang w:val="pl-PL"/>
        </w:rPr>
      </w:pPr>
      <w:r w:rsidRPr="005D1789">
        <w:rPr>
          <w:color w:val="auto"/>
          <w:lang w:val="pl-PL"/>
        </w:rPr>
        <w:t>1</w:t>
      </w:r>
      <w:r w:rsidR="005D1789">
        <w:rPr>
          <w:color w:val="auto"/>
          <w:lang w:val="pl-PL"/>
        </w:rPr>
        <w:t>0</w:t>
      </w:r>
      <w:r w:rsidRPr="005D1789">
        <w:rPr>
          <w:color w:val="auto"/>
          <w:lang w:val="pl-PL"/>
        </w:rPr>
        <w:t>. Osoba niepełnoletnia</w:t>
      </w:r>
      <w:r w:rsidR="002544E4">
        <w:rPr>
          <w:color w:val="auto"/>
          <w:lang w:val="pl-PL"/>
        </w:rPr>
        <w:t xml:space="preserve"> (jeśli dotyczy)</w:t>
      </w:r>
    </w:p>
    <w:p w14:paraId="5389CE36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W przypadku osoby niepełnoletniej sposób uczestnictwa oraz udzielania zgód należy ustalić zgodnie z obowiązującymi przepisami i zasadami Organizatora. Jeżeli wymagana jest zgoda przedstawiciela ustawowego, należy ją uzyskać przed udziałem dziecka w zakresie, którego dotyczy.</w:t>
      </w:r>
    </w:p>
    <w:p w14:paraId="68B8CF2C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Imię i nazwisko przedstawiciela ustawowego: ____________________________________________</w:t>
      </w:r>
    </w:p>
    <w:p w14:paraId="14F0B7DC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Podpis przedstawiciela ustawowego: __________________________  Data: ____ / ____ / __________</w:t>
      </w:r>
    </w:p>
    <w:p w14:paraId="71CA2379" w14:textId="77777777" w:rsidR="00FA2841" w:rsidRPr="005D1789" w:rsidRDefault="00000000">
      <w:pPr>
        <w:pStyle w:val="Nagwek1"/>
        <w:rPr>
          <w:color w:val="auto"/>
          <w:lang w:val="pl-PL"/>
        </w:rPr>
      </w:pPr>
      <w:r w:rsidRPr="005D1789">
        <w:rPr>
          <w:color w:val="auto"/>
          <w:lang w:val="pl-PL"/>
        </w:rPr>
        <w:t>12. Wypełnia Organizator</w:t>
      </w:r>
    </w:p>
    <w:p w14:paraId="6A9453A1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Osoba wprowadzająca dane: _________________________________________________</w:t>
      </w:r>
    </w:p>
    <w:p w14:paraId="57592C57" w14:textId="77777777" w:rsidR="00FA2841" w:rsidRPr="005D1789" w:rsidRDefault="00000000">
      <w:pPr>
        <w:rPr>
          <w:lang w:val="pl-PL"/>
        </w:rPr>
      </w:pPr>
      <w:r w:rsidRPr="005D1789">
        <w:rPr>
          <w:lang w:val="pl-PL"/>
        </w:rPr>
        <w:t>Wydarzenie / miejsce pierwszej rejestracji: __________________________________</w:t>
      </w:r>
    </w:p>
    <w:p w14:paraId="7A02900B" w14:textId="38C1B7B6" w:rsidR="00FA2841" w:rsidRPr="005D1789" w:rsidRDefault="00FA2841" w:rsidP="002544E4">
      <w:pPr>
        <w:rPr>
          <w:lang w:val="pl-PL"/>
        </w:rPr>
      </w:pPr>
    </w:p>
    <w:sectPr w:rsidR="00FA2841" w:rsidRPr="005D1789" w:rsidSect="00034616">
      <w:foot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D63A6" w14:textId="77777777" w:rsidR="00C51235" w:rsidRDefault="00C51235">
      <w:pPr>
        <w:spacing w:after="0" w:line="240" w:lineRule="auto"/>
      </w:pPr>
      <w:r>
        <w:separator/>
      </w:r>
    </w:p>
  </w:endnote>
  <w:endnote w:type="continuationSeparator" w:id="0">
    <w:p w14:paraId="14CE000C" w14:textId="77777777" w:rsidR="00C51235" w:rsidRDefault="00C51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154ED" w14:textId="77777777" w:rsidR="00FA2841" w:rsidRPr="005D1789" w:rsidRDefault="00000000">
    <w:pPr>
      <w:pStyle w:val="Stopka"/>
      <w:jc w:val="center"/>
      <w:rPr>
        <w:lang w:val="pl-PL"/>
      </w:rPr>
    </w:pPr>
    <w:r w:rsidRPr="005D1789">
      <w:rPr>
        <w:sz w:val="16"/>
        <w:lang w:val="pl-PL"/>
      </w:rPr>
      <w:t>Karta Uczestnika i Oświadczeń • wersja 2.0 • 05.10.2026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164B9" w14:textId="77777777" w:rsidR="00C51235" w:rsidRDefault="00C51235">
      <w:pPr>
        <w:spacing w:after="0" w:line="240" w:lineRule="auto"/>
      </w:pPr>
      <w:r>
        <w:separator/>
      </w:r>
    </w:p>
  </w:footnote>
  <w:footnote w:type="continuationSeparator" w:id="0">
    <w:p w14:paraId="15954495" w14:textId="77777777" w:rsidR="00C51235" w:rsidRDefault="00C51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8156494">
    <w:abstractNumId w:val="8"/>
  </w:num>
  <w:num w:numId="2" w16cid:durableId="646277724">
    <w:abstractNumId w:val="6"/>
  </w:num>
  <w:num w:numId="3" w16cid:durableId="784033600">
    <w:abstractNumId w:val="5"/>
  </w:num>
  <w:num w:numId="4" w16cid:durableId="894244629">
    <w:abstractNumId w:val="4"/>
  </w:num>
  <w:num w:numId="5" w16cid:durableId="998926155">
    <w:abstractNumId w:val="7"/>
  </w:num>
  <w:num w:numId="6" w16cid:durableId="1591965281">
    <w:abstractNumId w:val="3"/>
  </w:num>
  <w:num w:numId="7" w16cid:durableId="92091733">
    <w:abstractNumId w:val="2"/>
  </w:num>
  <w:num w:numId="8" w16cid:durableId="652373101">
    <w:abstractNumId w:val="1"/>
  </w:num>
  <w:num w:numId="9" w16cid:durableId="1902061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44E4"/>
    <w:rsid w:val="0029639D"/>
    <w:rsid w:val="00326F90"/>
    <w:rsid w:val="005D1789"/>
    <w:rsid w:val="00726777"/>
    <w:rsid w:val="009542B6"/>
    <w:rsid w:val="00AA1D8D"/>
    <w:rsid w:val="00B47730"/>
    <w:rsid w:val="00C51235"/>
    <w:rsid w:val="00CB0664"/>
    <w:rsid w:val="00FA28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63AE8B"/>
  <w14:defaultImageDpi w14:val="300"/>
  <w15:docId w15:val="{32CFFF76-F866-4419-8D55-87ED8CD6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1342</Words>
  <Characters>8053</Characters>
  <Application>Microsoft Office Word</Application>
  <DocSecurity>0</DocSecurity>
  <Lines>67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Tomasz Dorożała</cp:lastModifiedBy>
  <cp:revision>3</cp:revision>
  <cp:lastPrinted>2026-10-05T11:28:00Z</cp:lastPrinted>
  <dcterms:created xsi:type="dcterms:W3CDTF">2013-12-23T23:15:00Z</dcterms:created>
  <dcterms:modified xsi:type="dcterms:W3CDTF">2026-10-05T11:54:00Z</dcterms:modified>
  <cp:category/>
</cp:coreProperties>
</file>